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Questions for Beta Readers</w:t>
      </w:r>
    </w:p>
    <w:p>
      <w:r>
        <w:t>Good questions target the reading experience, not a verdict. Give the questions to your beta readers; the checklist on the last page is for you.</w:t>
      </w:r>
    </w:p>
    <w:p>
      <w:pPr>
        <w:pStyle w:val="Heading1"/>
      </w:pPr>
      <w:r>
        <w:t>Introduction</w:t>
      </w:r>
    </w:p>
    <w:p>
      <w:pPr>
        <w:keepNext/>
      </w:pPr>
      <w:r>
        <w:rPr>
          <w:b/>
        </w:rPr>
        <w:t>Genre and approximate length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State of the text</w:t>
      </w:r>
    </w:p>
    <w:p>
      <w:pPr>
        <w:keepNext/>
        <w:spacing w:after="20"/>
      </w:pPr>
      <w:r>
        <w:rPr>
          <w:color w:val="696969"/>
          <w:sz w:val="17"/>
        </w:rPr>
        <w:t>For example, “the content is finished, the language is not polished yet.”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What I do not need right now</w:t>
      </w:r>
    </w:p>
    <w:p>
      <w:pPr>
        <w:keepNext/>
        <w:spacing w:after="20"/>
      </w:pPr>
      <w:r>
        <w:rPr>
          <w:color w:val="696969"/>
          <w:sz w:val="17"/>
        </w:rPr>
        <w:t>For example, comma corrections.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Deadline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Questions</w:t>
      </w:r>
    </w:p>
    <w:p>
      <w:pPr>
        <w:keepNext/>
      </w:pPr>
      <w:r>
        <w:rPr>
          <w:b/>
        </w:rPr>
        <w:t>1. Where did you first put the book down, and why?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2. When did you start worrying about the protagonist? Was there a moment when you did not care about them?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3. Which chapters did you read quickly, and which slowly?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4. What did you expect at the end? Did anything surprise or disappoint you?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5. Were there places where you did not understand why a character acted the way they did?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6. Passages that worked well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7. Would you read the sequel?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Checklist for a beta reading round</w:t>
      </w:r>
    </w:p>
    <w:p>
      <w:pPr>
        <w:ind w:left="340" w:hanging="340"/>
      </w:pPr>
      <w:r>
        <w:t xml:space="preserve">☐  </w:t>
      </w:r>
      <w:r>
        <w:t>Starting version saved before the round</w:t>
      </w:r>
    </w:p>
    <w:p>
      <w:pPr>
        <w:ind w:left="340" w:hanging="340"/>
      </w:pPr>
      <w:r>
        <w:t xml:space="preserve">☐  </w:t>
      </w:r>
      <w:r>
        <w:t>Several beta readers chosen, at least some from your genre</w:t>
      </w:r>
    </w:p>
    <w:p>
      <w:pPr>
        <w:ind w:left="340" w:hanging="340"/>
      </w:pPr>
      <w:r>
        <w:t xml:space="preserve">☐  </w:t>
      </w:r>
      <w:r>
        <w:t>Introduction, deadline and format agreed</w:t>
      </w:r>
    </w:p>
    <w:p>
      <w:pPr>
        <w:ind w:left="340" w:hanging="340"/>
      </w:pPr>
      <w:r>
        <w:t xml:space="preserve">☐  </w:t>
      </w:r>
      <w:r>
        <w:t>List of questions sent, including questions about what works</w:t>
      </w:r>
    </w:p>
    <w:p>
      <w:pPr>
        <w:ind w:left="340" w:hanging="340"/>
      </w:pPr>
      <w:r>
        <w:t xml:space="preserve">☐  </w:t>
      </w:r>
      <w:r>
        <w:t>All responses collected before changing anything</w:t>
      </w:r>
    </w:p>
    <w:p>
      <w:pPr>
        <w:ind w:left="340" w:hanging="340"/>
      </w:pPr>
      <w:r>
        <w:t xml:space="preserve">☐  </w:t>
      </w:r>
      <w:r>
        <w:t>Observations separated from suggestions</w:t>
      </w:r>
    </w:p>
    <w:p>
      <w:pPr>
        <w:ind w:left="340" w:hanging="340"/>
      </w:pPr>
      <w:r>
        <w:t xml:space="preserve">☐  </w:t>
      </w:r>
      <w:r>
        <w:t>Patterns marked, single opinions noted as hints</w:t>
      </w:r>
    </w:p>
    <w:p>
      <w:pPr>
        <w:ind w:left="340" w:hanging="340"/>
      </w:pPr>
      <w:r>
        <w:t xml:space="preserve">☐  </w:t>
      </w:r>
      <w:r>
        <w:t>Changes sorted by level</w:t>
      </w:r>
    </w:p>
    <w:p>
      <w:pPr>
        <w:ind w:left="340" w:hanging="340"/>
      </w:pPr>
      <w:r>
        <w:t xml:space="preserve">☐  </w:t>
      </w:r>
      <w:r>
        <w:t>Every beta reader thanked</w:t>
      </w:r>
    </w:p>
    <w:p>
      <w:pPr>
        <w:pStyle w:val="Heading1"/>
      </w:pPr>
      <w:r>
        <w:t>Evaluating feedback in five steps</w:t>
      </w:r>
    </w:p>
    <w:p>
      <w:pPr>
        <w:ind w:left="340" w:hanging="340"/>
      </w:pPr>
      <w:r>
        <w:t xml:space="preserve">☐  </w:t>
      </w:r>
      <w:r>
        <w:t>Read everything first, change nothing.</w:t>
      </w:r>
    </w:p>
    <w:p>
      <w:pPr>
        <w:ind w:left="340" w:hanging="340"/>
      </w:pPr>
      <w:r>
        <w:t xml:space="preserve">☐  </w:t>
      </w:r>
      <w:r>
        <w:t>Collect it in one place: passage, observation, who made it.</w:t>
      </w:r>
    </w:p>
    <w:p>
      <w:pPr>
        <w:ind w:left="340" w:hanging="340"/>
      </w:pPr>
      <w:r>
        <w:t xml:space="preserve">☐  </w:t>
      </w:r>
      <w:r>
        <w:t>Separate observations from suggestions.</w:t>
      </w:r>
    </w:p>
    <w:p>
      <w:pPr>
        <w:ind w:left="340" w:hanging="340"/>
      </w:pPr>
      <w:r>
        <w:t xml:space="preserve">☐  </w:t>
      </w:r>
      <w:r>
        <w:t>Look for patterns.</w:t>
      </w:r>
    </w:p>
    <w:p>
      <w:pPr>
        <w:ind w:left="340" w:hanging="340"/>
      </w:pPr>
      <w:r>
        <w:t xml:space="preserve">☐  </w:t>
      </w:r>
      <w:r>
        <w:t>Sort by level and prioritize: structure before characters before scenes before language.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Writing Academy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for Beta Readers</dc:title>
  <dc:subject>Editable worksheet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