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Revising a Manuscript</w:t>
      </w:r>
    </w:p>
    <w:p>
      <w:r>
        <w:t>From big to small: it pays to work in separate passes and focus on only one level in each.</w:t>
      </w:r>
    </w:p>
    <w:p>
      <w:pPr>
        <w:pStyle w:val="Heading1"/>
      </w:pPr>
      <w:r>
        <w:t>Preparation</w:t>
      </w:r>
    </w:p>
    <w:p>
      <w:pPr>
        <w:ind w:left="340" w:hanging="340"/>
      </w:pPr>
      <w:r>
        <w:t xml:space="preserve">☐  </w:t>
      </w:r>
      <w:r>
        <w:t>First draft saved as its own version</w:t>
      </w:r>
    </w:p>
    <w:p>
      <w:pPr>
        <w:ind w:left="340" w:hanging="340"/>
      </w:pPr>
      <w:r>
        <w:t xml:space="preserve">☐  </w:t>
      </w:r>
      <w:r>
        <w:t>Started with enough distance or a different reading format</w:t>
      </w:r>
    </w:p>
    <w:p>
      <w:pPr>
        <w:ind w:left="340" w:hanging="340"/>
      </w:pPr>
      <w:r>
        <w:t xml:space="preserve">☐  </w:t>
      </w:r>
      <w:r>
        <w:t>Manuscript read once in one go, only notes made</w:t>
      </w:r>
    </w:p>
    <w:p>
      <w:pPr>
        <w:pStyle w:val="Heading1"/>
      </w:pPr>
      <w:r>
        <w:t>1. Structure</w:t>
      </w:r>
    </w:p>
    <w:p>
      <w:pPr>
        <w:keepNext/>
      </w:pPr>
      <w:r>
        <w:t>Does the story work as a whole?</w:t>
      </w:r>
    </w:p>
    <w:p>
      <w:pPr>
        <w:ind w:left="340" w:hanging="340"/>
      </w:pPr>
      <w:r>
        <w:t xml:space="preserve">☐  </w:t>
      </w:r>
      <w:r>
        <w:t>Chapter overview with one sentence each created</w:t>
      </w:r>
    </w:p>
    <w:p>
      <w:pPr>
        <w:ind w:left="340" w:hanging="340"/>
      </w:pPr>
      <w:r>
        <w:t xml:space="preserve">☐  </w:t>
      </w:r>
      <w:r>
        <w:t>Turning points follow from one another, the middle holds up</w:t>
      </w:r>
    </w:p>
    <w:p>
      <w:pPr>
        <w:ind w:left="340" w:hanging="340"/>
      </w:pPr>
      <w:r>
        <w:t xml:space="preserve">☐  </w:t>
      </w:r>
      <w:r>
        <w:t>Subplots resolved or deliberately left open, ending follows from the story</w:t>
      </w:r>
    </w:p>
    <w:p>
      <w:pPr>
        <w:pStyle w:val="Heading1"/>
      </w:pPr>
      <w:r>
        <w:t>2. Characters</w:t>
      </w:r>
    </w:p>
    <w:p>
      <w:pPr>
        <w:keepNext/>
      </w:pPr>
      <w:r>
        <w:t>Do the characters act believably, and do they develop?</w:t>
      </w:r>
    </w:p>
    <w:p>
      <w:pPr>
        <w:ind w:left="340" w:hanging="340"/>
      </w:pPr>
      <w:r>
        <w:t xml:space="preserve">☐  </w:t>
      </w:r>
      <w:r>
        <w:t>The protagonist’s drive and character arc are convincing</w:t>
      </w:r>
    </w:p>
    <w:p>
      <w:pPr>
        <w:ind w:left="340" w:hanging="340"/>
      </w:pPr>
      <w:r>
        <w:t xml:space="preserve">☐  </w:t>
      </w:r>
      <w:r>
        <w:t>Characters act for their own reasons</w:t>
      </w:r>
    </w:p>
    <w:p>
      <w:pPr>
        <w:ind w:left="340" w:hanging="340"/>
      </w:pPr>
      <w:r>
        <w:t xml:space="preserve">☐  </w:t>
      </w:r>
      <w:r>
        <w:t>Names, details and ways of speaking consistent</w:t>
      </w:r>
    </w:p>
    <w:p>
      <w:pPr>
        <w:pStyle w:val="Heading1"/>
      </w:pPr>
      <w:r>
        <w:t>3. Scenes</w:t>
      </w:r>
    </w:p>
    <w:p>
      <w:pPr>
        <w:keepNext/>
      </w:pPr>
      <w:r>
        <w:t>Does every scene have a goal and change something?</w:t>
      </w:r>
    </w:p>
    <w:p>
      <w:pPr>
        <w:ind w:left="340" w:hanging="340"/>
      </w:pPr>
      <w:r>
        <w:t xml:space="preserve">☐  </w:t>
      </w:r>
      <w:r>
        <w:t>Every scene changes something</w:t>
      </w:r>
    </w:p>
    <w:p>
      <w:pPr>
        <w:ind w:left="340" w:hanging="340"/>
      </w:pPr>
      <w:r>
        <w:t xml:space="preserve">☐  </w:t>
      </w:r>
      <w:r>
        <w:t>Entered late, left early</w:t>
      </w:r>
    </w:p>
    <w:p>
      <w:pPr>
        <w:ind w:left="340" w:hanging="340"/>
      </w:pPr>
      <w:r>
        <w:t xml:space="preserve">☐  </w:t>
      </w:r>
      <w:r>
        <w:t>Point of view and intended switches easy to follow</w:t>
      </w:r>
    </w:p>
    <w:p>
      <w:pPr>
        <w:pStyle w:val="Heading1"/>
      </w:pPr>
      <w:r>
        <w:t>4. Language</w:t>
      </w:r>
    </w:p>
    <w:p>
      <w:pPr>
        <w:keepNext/>
      </w:pPr>
      <w:r>
        <w:t>Does the text read clearly, vividly and at the right pace?</w:t>
      </w:r>
    </w:p>
    <w:p>
      <w:pPr>
        <w:ind w:left="340" w:hanging="340"/>
      </w:pPr>
      <w:r>
        <w:t xml:space="preserve">☐  </w:t>
      </w:r>
      <w:r>
        <w:t>Read aloud</w:t>
      </w:r>
    </w:p>
    <w:p>
      <w:pPr>
        <w:ind w:left="340" w:hanging="340"/>
      </w:pPr>
      <w:r>
        <w:t xml:space="preserve">☐  </w:t>
      </w:r>
      <w:r>
        <w:t>Filler words and repetition checked</w:t>
      </w:r>
    </w:p>
    <w:p>
      <w:pPr>
        <w:ind w:left="340" w:hanging="340"/>
      </w:pPr>
      <w:r>
        <w:t xml:space="preserve">☐  </w:t>
      </w:r>
      <w:r>
        <w:t>Varied sentence rhythm</w:t>
      </w:r>
    </w:p>
    <w:p>
      <w:pPr>
        <w:pStyle w:val="Heading1"/>
      </w:pPr>
      <w:r>
        <w:t>5. Proofreading</w:t>
      </w:r>
    </w:p>
    <w:p>
      <w:pPr>
        <w:keepNext/>
      </w:pPr>
      <w:r>
        <w:t>Are spelling, punctuation and consistency right?</w:t>
      </w:r>
    </w:p>
    <w:p>
      <w:pPr>
        <w:ind w:left="340" w:hanging="340"/>
      </w:pPr>
      <w:r>
        <w:t xml:space="preserve">☐  </w:t>
      </w:r>
      <w:r>
        <w:t>Spelling list created and checked against the text</w:t>
      </w:r>
    </w:p>
    <w:p>
      <w:pPr>
        <w:ind w:left="340" w:hanging="340"/>
      </w:pPr>
      <w:r>
        <w:t xml:space="preserve">☐  </w:t>
      </w:r>
      <w:r>
        <w:t>Spelling and punctuation checked</w:t>
      </w:r>
    </w:p>
    <w:p>
      <w:pPr>
        <w:ind w:left="340" w:hanging="340"/>
      </w:pPr>
      <w:r>
        <w:t xml:space="preserve">☐  </w:t>
      </w:r>
      <w:r>
        <w:t>Formatting consistent</w:t>
      </w:r>
    </w:p>
    <w:p>
      <w:pPr>
        <w:pStyle w:val="Heading1"/>
        <w:pageBreakBefore/>
      </w:pPr>
      <w:r>
        <w:t>Questions for the structure pass</w:t>
      </w:r>
    </w:p>
    <w:p>
      <w:pPr>
        <w:ind w:left="340" w:hanging="340"/>
      </w:pPr>
      <w:r>
        <w:t xml:space="preserve">☐  </w:t>
      </w:r>
      <w:r>
        <w:t>Is it clear what the story is about, and does that become clear early enough?</w:t>
      </w:r>
    </w:p>
    <w:p>
      <w:pPr>
        <w:ind w:left="340" w:hanging="340"/>
      </w:pPr>
      <w:r>
        <w:t xml:space="preserve">☐  </w:t>
      </w:r>
      <w:r>
        <w:t>Do the major turning points follow from one another, or do things just happen one after the other?</w:t>
      </w:r>
    </w:p>
    <w:p>
      <w:pPr>
        <w:ind w:left="340" w:hanging="340"/>
      </w:pPr>
      <w:r>
        <w:t xml:space="preserve">☐  </w:t>
      </w:r>
      <w:r>
        <w:t>Does the middle hold up, or do situations repeat there?</w:t>
      </w:r>
    </w:p>
    <w:p>
      <w:pPr>
        <w:ind w:left="340" w:hanging="340"/>
      </w:pPr>
      <w:r>
        <w:t xml:space="preserve">☐  </w:t>
      </w:r>
      <w:r>
        <w:t>Is every subplot resolved or recognizably left open on purpose, and are the gaps between its appearances sensible?</w:t>
      </w:r>
    </w:p>
    <w:p>
      <w:pPr>
        <w:ind w:left="340" w:hanging="340"/>
      </w:pPr>
      <w:r>
        <w:t xml:space="preserve">☐  </w:t>
      </w:r>
      <w:r>
        <w:t>Does the ending follow from what came before?</w:t>
      </w:r>
    </w:p>
    <w:p>
      <w:pPr>
        <w:pStyle w:val="Heading1"/>
      </w:pPr>
      <w:r>
        <w:t>Questions for the character pass</w:t>
      </w:r>
    </w:p>
    <w:p>
      <w:pPr>
        <w:ind w:left="340" w:hanging="340"/>
      </w:pPr>
      <w:r>
        <w:t xml:space="preserve">☐  </w:t>
      </w:r>
      <w:r>
        <w:t>What does the protagonist want, and can readers see it at every stage?</w:t>
      </w:r>
    </w:p>
    <w:p>
      <w:pPr>
        <w:ind w:left="340" w:hanging="340"/>
      </w:pPr>
      <w:r>
        <w:t xml:space="preserve">☐  </w:t>
      </w:r>
      <w:r>
        <w:t>Is their attitude put to the test? If they change, is the change convincing; if they stay steady, does that have visible consequences?</w:t>
      </w:r>
    </w:p>
    <w:p>
      <w:pPr>
        <w:ind w:left="340" w:hanging="340"/>
      </w:pPr>
      <w:r>
        <w:t xml:space="preserve">☐  </w:t>
      </w:r>
      <w:r>
        <w:t>Do characters act for their own reasons, or only because the plot needs them to?</w:t>
      </w:r>
    </w:p>
    <w:p>
      <w:pPr>
        <w:ind w:left="340" w:hanging="340"/>
      </w:pPr>
      <w:r>
        <w:t xml:space="preserve">☐  </w:t>
      </w:r>
      <w:r>
        <w:t>Do names, ages, appearance and ways of speaking stay the same throughout the book?</w:t>
      </w:r>
    </w:p>
    <w:p>
      <w:pPr>
        <w:ind w:left="340" w:hanging="340"/>
      </w:pPr>
      <w:r>
        <w:t xml:space="preserve">☐  </w:t>
      </w:r>
      <w:r>
        <w:t>Are there supporting characters who do the same job and could be merged?</w:t>
      </w:r>
    </w:p>
    <w:p>
      <w:pPr>
        <w:pStyle w:val="Heading1"/>
      </w:pPr>
      <w:r>
        <w:t>Questions for the scene pass</w:t>
      </w:r>
    </w:p>
    <w:p>
      <w:pPr>
        <w:keepNext/>
      </w:pPr>
      <w:r>
        <w:t>What is different at the end of the scene compared with the beginning?</w:t>
      </w:r>
    </w:p>
    <w:p>
      <w:pPr>
        <w:ind w:left="340" w:hanging="340"/>
      </w:pPr>
      <w:r>
        <w:t xml:space="preserve">☐  </w:t>
      </w:r>
      <w:r>
        <w:t>What does the point-of-view character want in this scene, and what stands in the way?</w:t>
      </w:r>
    </w:p>
    <w:p>
      <w:pPr>
        <w:ind w:left="340" w:hanging="340"/>
      </w:pPr>
      <w:r>
        <w:t xml:space="preserve">☐  </w:t>
      </w:r>
      <w:r>
        <w:t>Does the scene start as late and end as early as possible?</w:t>
      </w:r>
    </w:p>
    <w:p>
      <w:pPr>
        <w:ind w:left="340" w:hanging="340"/>
      </w:pPr>
      <w:r>
        <w:t xml:space="preserve">☐  </w:t>
      </w:r>
      <w:r>
        <w:t>Is the pacing right: are important moments played out and minor ones summarized?</w:t>
      </w:r>
    </w:p>
    <w:p>
      <w:pPr>
        <w:ind w:left="340" w:hanging="340"/>
      </w:pPr>
      <w:r>
        <w:t xml:space="preserve">☐  </w:t>
      </w:r>
      <w:r>
        <w:t>Does the point of view stay stable within the scene?</w:t>
      </w:r>
    </w:p>
    <w:p>
      <w:pPr>
        <w:ind w:left="340" w:hanging="340"/>
      </w:pPr>
      <w:r>
        <w:t xml:space="preserve">☐  </w:t>
      </w:r>
      <w:r>
        <w:t>Does the dialogue carry weight, or does it repeat what is already clear?</w:t>
      </w:r>
    </w:p>
    <w:p>
      <w:pPr>
        <w:pStyle w:val="Heading1"/>
      </w:pPr>
      <w:r>
        <w:t>Questions for the language pass</w:t>
      </w:r>
    </w:p>
    <w:p>
      <w:pPr>
        <w:keepNext/>
      </w:pPr>
      <w:r>
        <w:t>Read aloud for this.</w:t>
      </w:r>
    </w:p>
    <w:p>
      <w:pPr>
        <w:ind w:left="340" w:hanging="340"/>
      </w:pPr>
      <w:r>
        <w:t xml:space="preserve">☐  </w:t>
      </w:r>
      <w:r>
        <w:t>Filler words such as “just,” “really,” “very” or “somewhat”: do they add anything?</w:t>
      </w:r>
    </w:p>
    <w:p>
      <w:pPr>
        <w:ind w:left="340" w:hanging="340"/>
      </w:pPr>
      <w:r>
        <w:t xml:space="preserve">☐  </w:t>
      </w:r>
      <w:r>
        <w:t>Do you repeat words, sentence openings or favorite images?</w:t>
      </w:r>
    </w:p>
    <w:p>
      <w:pPr>
        <w:ind w:left="340" w:hanging="340"/>
      </w:pPr>
      <w:r>
        <w:t xml:space="preserve">☐  </w:t>
      </w:r>
      <w:r>
        <w:t>Where would shown emotions be stronger, and where is it better to name them briefly?</w:t>
      </w:r>
    </w:p>
    <w:p>
      <w:pPr>
        <w:ind w:left="340" w:hanging="340"/>
      </w:pPr>
      <w:r>
        <w:t xml:space="preserve">☐  </w:t>
      </w:r>
      <w:r>
        <w:t>Do short and long sentences alternate, or do all paragraphs sound the same?</w:t>
      </w:r>
    </w:p>
    <w:p>
      <w:pPr>
        <w:ind w:left="340" w:hanging="340"/>
      </w:pPr>
      <w:r>
        <w:t xml:space="preserve">☐  </w:t>
      </w:r>
      <w:r>
        <w:t>Are images and comparisons consistent, or do several mixed metaphors follow one another?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Writing Academy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Checklist: Revising a Manuscript</dc:title>
  <dc:subject>Editable worksheet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