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Style Sheet Continuity</w:t>
      </w:r>
    </w:p>
    <w:p>
      <w:r>
        <w:t>Three records of two pages each for characters, places or plot threads. Separate established facts from open questions. Reprint page pairs for additional records.</w:t>
      </w:r>
    </w:p>
    <w:p>
      <w:pPr>
        <w:pStyle w:val="Heading1"/>
      </w:pPr>
      <w:r>
        <w:t>Record 1: facts and changes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Character, place or plot thread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Decisions with chapter references</w:t>
      </w:r>
    </w:p>
    <w:p>
      <w:pPr>
        <w:keepNext/>
      </w:pPr>
      <w:r>
        <w:rPr>
          <w:b/>
        </w:rPr>
        <w:t>Fixed facts</w:t>
      </w:r>
    </w:p>
    <w:p>
      <w:pPr>
        <w:keepNext/>
        <w:spacing w:after="20"/>
      </w:pPr>
      <w:r>
        <w:rPr>
          <w:color w:val="696969"/>
          <w:sz w:val="17"/>
        </w:rPr>
        <w:t>Traits, relationships, location details or world rules, with chapter references.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Changes over the story</w:t>
      </w:r>
    </w:p>
    <w:p>
      <w:pPr>
        <w:keepNext/>
        <w:spacing w:after="20"/>
      </w:pPr>
      <w:r>
        <w:rPr>
          <w:color w:val="696969"/>
          <w:sz w:val="17"/>
        </w:rPr>
        <w:t>What changes, and when? For example an injury, possession or relationship; record before and after.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Record 1: time, knowledge and questions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Character, place or plot thread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Decisions with chapter references</w:t>
      </w:r>
    </w:p>
    <w:p>
      <w:pPr>
        <w:keepNext/>
      </w:pPr>
      <w:r>
        <w:rPr>
          <w:b/>
        </w:rPr>
        <w:t>Time, travel and knowledge</w:t>
      </w:r>
    </w:p>
    <w:p>
      <w:pPr>
        <w:keepNext/>
        <w:spacing w:after="20"/>
      </w:pPr>
      <w:r>
        <w:rPr>
          <w:color w:val="696969"/>
          <w:sz w:val="17"/>
        </w:rPr>
        <w:t>Sequence, duration or travel time; who learns what in which chapter?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Viewpoint and open questions</w:t>
      </w:r>
    </w:p>
    <w:p>
      <w:pPr>
        <w:keepNext/>
        <w:spacing w:after="20"/>
      </w:pPr>
      <w:r>
        <w:rPr>
          <w:color w:val="696969"/>
          <w:sz w:val="17"/>
        </w:rPr>
        <w:t>Whose knowledge can the scene reveal? Record inconsistencies and passages to check.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Record 2: facts and changes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Character, place or plot thread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Decisions with chapter references</w:t>
      </w:r>
    </w:p>
    <w:p>
      <w:pPr>
        <w:keepNext/>
      </w:pPr>
      <w:r>
        <w:rPr>
          <w:b/>
        </w:rPr>
        <w:t>Fixed facts</w:t>
      </w:r>
    </w:p>
    <w:p>
      <w:pPr>
        <w:keepNext/>
        <w:spacing w:after="20"/>
      </w:pPr>
      <w:r>
        <w:rPr>
          <w:color w:val="696969"/>
          <w:sz w:val="17"/>
        </w:rPr>
        <w:t>Traits, relationships, location details or world rules, with chapter references.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Changes over the story</w:t>
      </w:r>
    </w:p>
    <w:p>
      <w:pPr>
        <w:keepNext/>
        <w:spacing w:after="20"/>
      </w:pPr>
      <w:r>
        <w:rPr>
          <w:color w:val="696969"/>
          <w:sz w:val="17"/>
        </w:rPr>
        <w:t>What changes, and when? For example an injury, possession or relationship; record before and after.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Record 2: time, knowledge and questions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Character, place or plot thread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Decisions with chapter references</w:t>
      </w:r>
    </w:p>
    <w:p>
      <w:pPr>
        <w:keepNext/>
      </w:pPr>
      <w:r>
        <w:rPr>
          <w:b/>
        </w:rPr>
        <w:t>Time, travel and knowledge</w:t>
      </w:r>
    </w:p>
    <w:p>
      <w:pPr>
        <w:keepNext/>
        <w:spacing w:after="20"/>
      </w:pPr>
      <w:r>
        <w:rPr>
          <w:color w:val="696969"/>
          <w:sz w:val="17"/>
        </w:rPr>
        <w:t>Sequence, duration or travel time; who learns what in which chapter?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Viewpoint and open questions</w:t>
      </w:r>
    </w:p>
    <w:p>
      <w:pPr>
        <w:keepNext/>
        <w:spacing w:after="20"/>
      </w:pPr>
      <w:r>
        <w:rPr>
          <w:color w:val="696969"/>
          <w:sz w:val="17"/>
        </w:rPr>
        <w:t>Whose knowledge can the scene reveal? Record inconsistencies and passages to check.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Record 3: facts and changes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Character, place or plot thread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Decisions with chapter references</w:t>
      </w:r>
    </w:p>
    <w:p>
      <w:pPr>
        <w:keepNext/>
      </w:pPr>
      <w:r>
        <w:rPr>
          <w:b/>
        </w:rPr>
        <w:t>Fixed facts</w:t>
      </w:r>
    </w:p>
    <w:p>
      <w:pPr>
        <w:keepNext/>
        <w:spacing w:after="20"/>
      </w:pPr>
      <w:r>
        <w:rPr>
          <w:color w:val="696969"/>
          <w:sz w:val="17"/>
        </w:rPr>
        <w:t>Traits, relationships, location details or world rules, with chapter references.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Changes over the story</w:t>
      </w:r>
    </w:p>
    <w:p>
      <w:pPr>
        <w:keepNext/>
        <w:spacing w:after="20"/>
      </w:pPr>
      <w:r>
        <w:rPr>
          <w:color w:val="696969"/>
          <w:sz w:val="17"/>
        </w:rPr>
        <w:t>What changes, and when? For example an injury, possession or relationship; record before and after.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Record 3: time, knowledge and questions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Character, place or plot thread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Decisions with chapter references</w:t>
      </w:r>
    </w:p>
    <w:p>
      <w:pPr>
        <w:keepNext/>
      </w:pPr>
      <w:r>
        <w:rPr>
          <w:b/>
        </w:rPr>
        <w:t>Time, travel and knowledge</w:t>
      </w:r>
    </w:p>
    <w:p>
      <w:pPr>
        <w:keepNext/>
        <w:spacing w:after="20"/>
      </w:pPr>
      <w:r>
        <w:rPr>
          <w:color w:val="696969"/>
          <w:sz w:val="17"/>
        </w:rPr>
        <w:t>Sequence, duration or travel time; who learns what in which chapter?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Viewpoint and open questions</w:t>
      </w:r>
    </w:p>
    <w:p>
      <w:pPr>
        <w:keepNext/>
        <w:spacing w:after="20"/>
      </w:pPr>
      <w:r>
        <w:rPr>
          <w:color w:val="696969"/>
          <w:sz w:val="17"/>
        </w:rPr>
        <w:t>Whose knowledge can the scene reveal? Record inconsistencies and passages to check.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Style Sheet: Continuity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