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Style Sheet Names and Terms</w:t>
      </w:r>
    </w:p>
    <w:p>
      <w:r>
        <w:t>24 entries across eight pages. Arrange them alphabetically; record spellings, search variants and passage references. Reprint any page for additional entries.</w:t>
      </w:r>
    </w:p>
    <w:p>
      <w:pPr>
        <w:pStyle w:val="Heading1"/>
      </w:pPr>
      <w:r>
        <w:t>Word list 1 of 8</w:t>
      </w:r>
    </w:p>
    <w:p>
      <w:pPr>
        <w:keepNext/>
      </w:pPr>
      <w:r>
        <w:rPr>
          <w:b/>
        </w:rPr>
        <w:t>Project / version / date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Spellings and evidence</w:t>
      </w:r>
    </w:p>
    <w:p>
      <w:pPr>
        <w:keepNext/>
      </w:pPr>
      <w:r>
        <w:rPr>
          <w:b/>
        </w:rPr>
        <w:t>Entry 1: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Entry 2: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Entry 3: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Word list 2 of 8</w:t>
      </w:r>
    </w:p>
    <w:p>
      <w:pPr>
        <w:keepNext/>
      </w:pPr>
      <w:r>
        <w:rPr>
          <w:b/>
        </w:rPr>
        <w:t>Project / version / date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Spellings and evidence</w:t>
      </w:r>
    </w:p>
    <w:p>
      <w:pPr>
        <w:keepNext/>
      </w:pPr>
      <w:r>
        <w:rPr>
          <w:b/>
        </w:rPr>
        <w:t>Entry 4: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Entry 5: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Entry 6: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Word list 3 of 8</w:t>
      </w:r>
    </w:p>
    <w:p>
      <w:pPr>
        <w:keepNext/>
      </w:pPr>
      <w:r>
        <w:rPr>
          <w:b/>
        </w:rPr>
        <w:t>Project / version / date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Spellings and evidence</w:t>
      </w:r>
    </w:p>
    <w:p>
      <w:pPr>
        <w:keepNext/>
      </w:pPr>
      <w:r>
        <w:rPr>
          <w:b/>
        </w:rPr>
        <w:t>Entry 7: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Entry 8: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Entry 9: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Word list 4 of 8</w:t>
      </w:r>
    </w:p>
    <w:p>
      <w:pPr>
        <w:keepNext/>
      </w:pPr>
      <w:r>
        <w:rPr>
          <w:b/>
        </w:rPr>
        <w:t>Project / version / date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Spellings and evidence</w:t>
      </w:r>
    </w:p>
    <w:p>
      <w:pPr>
        <w:keepNext/>
      </w:pPr>
      <w:r>
        <w:rPr>
          <w:b/>
        </w:rPr>
        <w:t>Entry 10: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Entry 11: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Entry 12: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Word list 5 of 8</w:t>
      </w:r>
    </w:p>
    <w:p>
      <w:pPr>
        <w:keepNext/>
      </w:pPr>
      <w:r>
        <w:rPr>
          <w:b/>
        </w:rPr>
        <w:t>Project / version / date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Spellings and evidence</w:t>
      </w:r>
    </w:p>
    <w:p>
      <w:pPr>
        <w:keepNext/>
      </w:pPr>
      <w:r>
        <w:rPr>
          <w:b/>
        </w:rPr>
        <w:t>Entry 13: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Entry 14: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Entry 15: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Word list 6 of 8</w:t>
      </w:r>
    </w:p>
    <w:p>
      <w:pPr>
        <w:keepNext/>
      </w:pPr>
      <w:r>
        <w:rPr>
          <w:b/>
        </w:rPr>
        <w:t>Project / version / date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Spellings and evidence</w:t>
      </w:r>
    </w:p>
    <w:p>
      <w:pPr>
        <w:keepNext/>
      </w:pPr>
      <w:r>
        <w:rPr>
          <w:b/>
        </w:rPr>
        <w:t>Entry 16: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Entry 17: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Entry 18: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Word list 7 of 8</w:t>
      </w:r>
    </w:p>
    <w:p>
      <w:pPr>
        <w:keepNext/>
      </w:pPr>
      <w:r>
        <w:rPr>
          <w:b/>
        </w:rPr>
        <w:t>Project / version / date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Spellings and evidence</w:t>
      </w:r>
    </w:p>
    <w:p>
      <w:pPr>
        <w:keepNext/>
      </w:pPr>
      <w:r>
        <w:rPr>
          <w:b/>
        </w:rPr>
        <w:t>Entry 19: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Entry 20: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Entry 21: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  <w:pageBreakBefore/>
      </w:pPr>
      <w:r>
        <w:t>Word list 8 of 8</w:t>
      </w:r>
    </w:p>
    <w:p>
      <w:pPr>
        <w:keepNext/>
      </w:pPr>
      <w:r>
        <w:rPr>
          <w:b/>
        </w:rPr>
        <w:t>Project / version / date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Spellings and evidence</w:t>
      </w:r>
    </w:p>
    <w:p>
      <w:pPr>
        <w:keepNext/>
      </w:pPr>
      <w:r>
        <w:rPr>
          <w:b/>
        </w:rPr>
        <w:t>Entry 22: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Entry 23: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Entry 24: name or term</w:t>
      </w:r>
    </w:p>
    <w:p>
      <w:pPr>
        <w:keepNext/>
        <w:spacing w:after="20"/>
      </w:pPr>
      <w:r>
        <w:rPr>
          <w:color w:val="696969"/>
          <w:sz w:val="17"/>
        </w:rPr>
        <w:t>Chosen spelling / unwanted variants / inflected or plural forms / chapter and example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Writing Academy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Style Sheet: Names and Terms</dc:title>
  <dc:subject>Editable worksheet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