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pPr>
      <w:r>
        <w:t>[Vorname Nachname]</w:t>
      </w:r>
    </w:p>
    <w:p>
      <w:pPr>
        <w:ind w:firstLine="0"/>
      </w:pPr>
      <w:r>
        <w:t>[Straße und Hausnummer]</w:t>
      </w:r>
    </w:p>
    <w:p>
      <w:pPr>
        <w:ind w:firstLine="0"/>
      </w:pPr>
      <w:r>
        <w:t>[Postleitzahl und Ort]</w:t>
      </w:r>
    </w:p>
    <w:p>
      <w:pPr>
        <w:ind w:firstLine="0"/>
      </w:pPr>
      <w:r>
        <w:t>[E-Mail-Adresse]</w:t>
      </w:r>
    </w:p>
    <w:p>
      <w:pPr>
        <w:ind w:firstLine="0"/>
      </w:pPr>
      <w:r>
        <w:t>[Telefon, falls verlangt]</w:t>
      </w:r>
    </w:p>
    <w:p>
      <w:pPr>
        <w:pStyle w:val="Title"/>
        <w:spacing w:before="1800"/>
        <w:ind w:firstLine="0"/>
      </w:pPr>
      <w:r>
        <w:t>Die letzte Fähre</w:t>
      </w:r>
    </w:p>
    <w:p>
      <w:pPr>
        <w:ind w:firstLine="0"/>
      </w:pPr>
      <w:r>
        <w:t>Spannungsroman</w:t>
      </w:r>
    </w:p>
    <w:p>
      <w:pPr>
        <w:ind w:firstLine="0"/>
      </w:pPr>
      <w:r>
        <w:t>von [Vorname Nachname oder Pseudonym]</w:t>
      </w:r>
    </w:p>
    <w:p>
      <w:pPr>
        <w:spacing w:before="360"/>
        <w:ind w:firstLine="0"/>
      </w:pPr>
      <w:r>
        <w:t>Leseprobe</w:t>
      </w:r>
    </w:p>
    <w:p>
      <w:pPr>
        <w:ind w:firstLine="0"/>
      </w:pPr>
      <w:r>
        <w:t>Gesamtumfang des Romans: [Wort- oder Zeichenzahl eintragen]</w:t>
      </w:r>
    </w:p>
    <w:p>
      <w:pPr>
        <w:spacing w:before="720"/>
        <w:ind w:firstLine="0"/>
      </w:pPr>
      <w:r>
        <w:rPr>
          <w:sz w:val="20"/>
        </w:rPr>
        <w:t>Formatierungsbeispiel der Faustica Schreibakademie. Die Kapitel enthalten Lorem-ipsum-Platzhaltertext; anschließend folgen Verwendungshinweise.</w:t>
      </w:r>
    </w:p>
    <w:p>
      <w:pPr>
        <w:sectPr>
          <w:pgSz w:w="11906" w:h="16838"/>
          <w:pgMar w:top="1701" w:right="1701" w:bottom="1701" w:left="1701" w:header="850" w:footer="850" w:gutter="0"/>
          <w:cols w:space="720"/>
          <w:docGrid w:linePitch="360"/>
        </w:sectPr>
      </w:pPr>
    </w:p>
    <w:p>
      <w:pPr>
        <w:pStyle w:val="Heading1"/>
        <w:pageBreakBefore w:val="0"/>
      </w:pPr>
      <w:r>
        <w:t>1 Der Ausfall</w:t>
      </w:r>
    </w:p>
    <w:p>
      <w:pPr>
        <w:ind w:firstLine="0"/>
      </w:pPr>
      <w:r>
        <w:t>Lorem ipsum dolor sit amet consectetur adipiscing elit sed do eiusmod tempor incididunt ut labore et dolore magna. Aliqua Ut enim ad minim veniam quis nostrud exercitation ullamco laboris nisi ut aliquip ex ea commodo consequat.</w:t>
      </w:r>
    </w:p>
    <w:p>
      <w:r>
        <w:t>Lorem ipsum dolor sit amet consectetur adipiscing elit sed do eiusmod tempor incididunt ut labore.</w:t>
      </w:r>
    </w:p>
    <w:p>
      <w:r>
        <w:t>„Lorem ipsum dolor sit.“</w:t>
      </w:r>
    </w:p>
    <w:p>
      <w:r>
        <w:t>„Lorem ipsum dolor sit amet consectetur.“</w:t>
      </w:r>
    </w:p>
    <w:p>
      <w:r>
        <w:t>„Lorem ipsum dolor sit.“</w:t>
      </w:r>
    </w:p>
    <w:p>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w:t>
      </w:r>
    </w:p>
    <w:p>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w:t>
      </w:r>
    </w:p>
    <w:p>
      <w:r>
        <w:t>„Lorem ipsum dolor sit.“</w:t>
      </w:r>
    </w:p>
    <w:p>
      <w:r>
        <w:t>„Lorem ipsum dolor sit amet consectetur adipiscing elit sed do.“</w:t>
      </w:r>
    </w:p>
    <w:p>
      <w:r>
        <w:t>Lorem ipsum dolor sit amet consectetur adipiscing elit sed do eiusmod tempor incididunt ut labore et dolore magna. Aliqua Ut enim.</w:t>
      </w:r>
    </w:p>
    <w:p>
      <w:r>
        <w:t>„Lorem ipsum dolor sit amet consectetur adipiscing.“</w:t>
      </w:r>
    </w:p>
    <w:p>
      <w:r>
        <w:t>„Lorem ipsum dolor.“</w:t>
      </w:r>
    </w:p>
    <w:p>
      <w:r>
        <w:t>Lorem ipsum dolor sit amet consectetur adipiscing elit sed do eiusmod tempor incididunt ut labore et dolore magna. Aliqua Ut enim ad minim veniam quis nostrud exercitation ullamco laboris nisi ut aliquip ex ea commodo.</w:t>
      </w:r>
    </w:p>
    <w:p>
      <w:r>
        <w:t>„Lorem ipsum dolor sit amet consectetur adipiscing elit sed do eiusmod tempor incididunt ut labore et dolore.“</w:t>
      </w:r>
    </w:p>
    <w:p>
      <w:r>
        <w:t>Lorem ipsum dolor sit amet consectetur adipiscing elit sed do eiusmod tempor incididunt ut labore.</w:t>
      </w:r>
    </w:p>
    <w:p>
      <w:r>
        <w:t>Lorem ipsum dolor sit amet consectetur adipiscing elit sed do eiusmod tempor incididunt ut labore et dolore magna. Aliqua Ut.</w:t>
      </w:r>
    </w:p>
    <w:p>
      <w:r>
        <w:t>„Lorem ipsum dolor sit amet consectetur.“</w:t>
      </w:r>
    </w:p>
    <w:p>
      <w:r>
        <w:t>„Lorem ipsum dolor.“</w:t>
      </w:r>
    </w:p>
    <w:p>
      <w:r>
        <w:t>„Lorem ipsum dolor.“</w:t>
      </w:r>
    </w:p>
    <w:p>
      <w:r>
        <w:t>„Lorem ipsum dolor sit amet consectetur adipiscing elit sed do eiusmod tempor.“</w:t>
      </w:r>
    </w:p>
    <w:p>
      <w:r>
        <w:t>Lorem ipsum dolor sit amet consectetur adipiscing elit sed do eiusmod tempor incididunt ut labore et dolore magna. Aliqua Ut enim ad minim veniam quis nostrud exercitation ullamco laboris nisi ut aliquip ex ea commodo consequat. Duis.</w:t>
      </w:r>
    </w:p>
    <w:p>
      <w:r>
        <w:t>„Lorem ipsum dolor sit amet consectetur adipiscing elit sed do eiusmod tempor incididunt ut labore et dolore magna. Aliqua Ut enim ad minim veniam quis nostrud exercitation ullamco.“</w:t>
      </w:r>
    </w:p>
    <w:p>
      <w:r>
        <w:t>„Lorem ipsum dolor sit.“</w:t>
      </w:r>
    </w:p>
    <w:p>
      <w:r>
        <w:t>Lorem ipsum dolor sit amet consectetur adipiscing elit sed do eiusmod tempor incididunt ut labore et dolore magna. Aliqua Ut enim ad minim veniam quis nostrud exercitation ullamco laboris nisi.</w:t>
      </w:r>
    </w:p>
    <w:p>
      <w:pPr>
        <w:keepNext/>
        <w:spacing w:before="240" w:after="240"/>
        <w:ind w:firstLine="0"/>
        <w:jc w:val="center"/>
      </w:pPr>
      <w:r>
        <w:t>***</w:t>
      </w:r>
    </w:p>
    <w:p>
      <w:pPr>
        <w:ind w:firstLine="0"/>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w:t>
      </w:r>
    </w:p>
    <w:p>
      <w:r>
        <w:t>„Lorem ipsum dolor sit amet consectetur adipiscing elit sed do eiusmod tempor incididunt ut labore et dolore.“</w:t>
      </w:r>
    </w:p>
    <w:p>
      <w:r>
        <w:t>„Lorem ipsum dolor sit amet consectetur.“</w:t>
      </w:r>
    </w:p>
    <w:p>
      <w:r>
        <w:t>„Lorem ipsum dolor sit amet consectetur adipiscing elit sed.“</w:t>
      </w:r>
    </w:p>
    <w:p>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w:t>
      </w:r>
    </w:p>
    <w:p>
      <w:r>
        <w:t>„Lorem ipsum dolor sit amet consectetur adipiscing elit sed do eiusmod tempor.“</w:t>
      </w:r>
    </w:p>
    <w:p>
      <w:pPr>
        <w:pStyle w:val="Heading1"/>
      </w:pPr>
      <w:r>
        <w:t>2 Das Angebot</w:t>
      </w:r>
    </w:p>
    <w:p>
      <w:pPr>
        <w:ind w:firstLine="0"/>
      </w:pPr>
      <w:r>
        <w:t>Lorem ipsum dolor sit amet consectetur adipiscing elit sed do eiusmod tempor incididunt ut labore et dolore magna. Aliqua Ut enim ad minim veniam quis nostrud exercitation.</w:t>
      </w:r>
    </w:p>
    <w:p>
      <w:r>
        <w:t>„Lorem ipsum dolor sit amet consectetur adipiscing elit.“</w:t>
      </w:r>
    </w:p>
    <w:p>
      <w:r>
        <w:t>„Lorem ipsum dolor sit amet consectetur adipiscing elit sed.“</w:t>
      </w:r>
    </w:p>
    <w:p>
      <w:r>
        <w:t>„Lorem ipsum dolor sit amet consectetur adipiscing elit sed.“</w:t>
      </w:r>
    </w:p>
    <w:p>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w:t>
      </w:r>
    </w:p>
    <w:p>
      <w:r>
        <w:t>„Lorem ipsum dolor sit amet consectetur adipiscing.“</w:t>
      </w:r>
    </w:p>
    <w:p>
      <w:r>
        <w:t>Lorem ipsum dolor sit amet consectetur adipiscing elit sed do eiusmod tempor incididunt ut labore et dolore magna. Aliqua Ut enim ad minim veniam quis nostrud exercitation ullamco laboris nisi.</w:t>
      </w:r>
    </w:p>
    <w:p>
      <w:r>
        <w:t>„Lorem ipsum dolor sit amet consectetur adipiscing elit.“</w:t>
      </w:r>
    </w:p>
    <w:p>
      <w:r>
        <w:t>„Lorem ipsum dolor sit amet.“</w:t>
      </w:r>
    </w:p>
    <w:p>
      <w:r>
        <w:t>„Lorem ipsum dolor sit amet consectetur adipiscing elit.“</w:t>
      </w:r>
    </w:p>
    <w:p>
      <w:r>
        <w:t>„Lorem ipsum dolor sit amet consectetur adipiscing elit sed do eiusmod tempor incididunt.“</w:t>
      </w:r>
    </w:p>
    <w:p>
      <w:r>
        <w:t>Lorem ipsum dolor sit amet consectetur adipiscing elit sed do eiusmod tempor incididunt ut labore et dolore magna.</w:t>
      </w:r>
    </w:p>
    <w:p>
      <w:r>
        <w:t>„Lorem ipsum dolor sit amet consectetur adipiscing.“</w:t>
      </w:r>
    </w:p>
    <w:p>
      <w:r>
        <w:t>Lorem ipsum dolor sit amet consectetur adipiscing elit sed do eiusmod tempor incididunt ut labore et dolore magna. Aliqua Ut enim ad minim veniam quis nostrud exercitation ullamco laboris nisi.</w:t>
      </w:r>
    </w:p>
    <w:p>
      <w:r>
        <w:t>„Lorem ipsum dolor sit amet consectetur.“</w:t>
      </w:r>
    </w:p>
    <w:p>
      <w:r>
        <w:t>„Lorem ipsum dolor sit amet consectetur.“</w:t>
      </w:r>
    </w:p>
    <w:p>
      <w:r>
        <w:t>„Lorem ipsum dolor sit amet.“</w:t>
      </w:r>
    </w:p>
    <w:p>
      <w:r>
        <w:t>„Lorem ipsum dolor sit amet consectetur adipiscing elit sed do eiusmod tempor incididunt ut labore et dolore magna. Aliqua Ut enim ad.“</w:t>
      </w:r>
    </w:p>
    <w:p>
      <w:r>
        <w:t>„Lorem ipsum dolor.“</w:t>
      </w:r>
    </w:p>
    <w:p>
      <w:r>
        <w:t>Lorem ipsum dolor sit amet consectetur adipiscing elit sed do eiusmod tempor incididunt ut labore et dolore magna. Aliqua Ut enim ad minim veniam quis nostrud exercitation ullamco laboris nisi ut aliquip.</w:t>
      </w:r>
    </w:p>
    <w:p>
      <w:r>
        <w:t>„Lorem ipsum dolor sit amet consectetur adipiscing elit sed do eiusmod tempor incididunt ut labore et dolore magna. Aliqua Ut enim ad minim veniam.“</w:t>
      </w:r>
    </w:p>
    <w:p>
      <w:r>
        <w:t>„Lorem ipsum dolor sit amet.“</w:t>
      </w:r>
    </w:p>
    <w:p>
      <w:r>
        <w:t>Lorem ipsum dolor sit amet consectetur adipiscing elit sed do eiusmod tempor incididunt ut labore et dolore magna. Aliqua Ut enim ad minim veniam quis nostrud exercitation.</w:t>
      </w:r>
    </w:p>
    <w:p>
      <w:pPr>
        <w:sectPr>
          <w:headerReference w:type="default" r:id="rId9"/>
          <w:footerReference w:type="default" r:id="rId10"/>
          <w:pgSz w:w="11906" w:h="16838"/>
          <w:pgMar w:top="1701" w:right="1701" w:bottom="1701" w:left="1701" w:header="850" w:footer="850" w:gutter="0"/>
          <w:cols w:space="720"/>
          <w:docGrid w:linePitch="360"/>
          <w:pgNumType w:start="1"/>
        </w:sectPr>
      </w:pPr>
    </w:p>
    <w:p>
      <w:pPr>
        <w:pStyle w:val="Title"/>
        <w:spacing w:line="276" w:lineRule="auto" w:after="120"/>
        <w:ind w:firstLine="0"/>
      </w:pPr>
      <w:r>
        <w:rPr>
          <w:sz w:val="32"/>
        </w:rPr>
        <w:t>Das Beispiel verwenden</w:t>
      </w:r>
    </w:p>
    <w:p>
      <w:pPr>
        <w:pStyle w:val="Verwendungshinweise"/>
        <w:spacing w:line="276" w:lineRule="auto" w:after="120"/>
        <w:ind w:firstLine="0"/>
      </w:pPr>
      <w:r>
        <w:t>Dieser Anhang erklärt die Formatierung. Entferne ihn und den Beispielhinweis auf dem Titelblatt vor einer eigenen Einreichung. Ersetze alle Platzhalter und den gesamten Beispieltext durch deine Angaben und dein Werk.</w:t>
      </w:r>
    </w:p>
    <w:p>
      <w:pPr>
        <w:pStyle w:val="Heading2"/>
        <w:spacing w:line="276" w:lineRule="auto" w:after="120"/>
        <w:ind w:firstLine="0"/>
      </w:pPr>
      <w:r>
        <w:rPr>
          <w:sz w:val="22"/>
        </w:rPr>
        <w:t>Die gewählte Formatierung</w:t>
      </w:r>
    </w:p>
    <w:p>
      <w:pPr>
        <w:pStyle w:val="Verwendungshinweise"/>
        <w:spacing w:line="276" w:lineRule="auto" w:after="120"/>
        <w:ind w:firstLine="0"/>
      </w:pPr>
      <w:r>
        <w:t>DIN A4; Times New Roman 12 Punkt; 1,5-facher Zeilenabstand; rundum 3 cm Rand; linksbündig; automatische Silbentrennung aus. Absätze haben keinen Zusatzabstand und 0,5 cm Erstzeileneinzug. Der erste Absatz eines Kapitels oder nach einem Szenenwechsel bleibt ohne Einzug. Das ist eine Musterentscheidung, keine einheitliche Verlagsvorschrift.</w:t>
      </w:r>
    </w:p>
    <w:p>
      <w:pPr>
        <w:pStyle w:val="Verwendungshinweise"/>
        <w:spacing w:line="276" w:lineRule="auto" w:after="120"/>
        <w:ind w:firstLine="0"/>
      </w:pPr>
      <w:r>
        <w:t>Die Datei ist ein lesbares Einreichungsmanuskript, keine exakte Normseite mit höchstens 60 Zeichen und 30 Zeilen. Die Seitenzahl dieser Leseprobe ist deshalb keine Normseitenberechnung. Verlangt der Empfänger Normseiten, passe das Layout entsprechend an und prüfe auch seine Zählweise.</w:t>
      </w:r>
    </w:p>
    <w:p>
      <w:pPr>
        <w:pStyle w:val="Heading2"/>
        <w:spacing w:line="276" w:lineRule="auto" w:after="120"/>
        <w:ind w:firstLine="0"/>
      </w:pPr>
      <w:r>
        <w:rPr>
          <w:sz w:val="22"/>
        </w:rPr>
        <w:t>Mit Word weiterarbeiten</w:t>
      </w:r>
    </w:p>
    <w:p>
      <w:pPr>
        <w:pStyle w:val="Verwendungshinweise"/>
        <w:spacing w:line="276" w:lineRule="auto" w:after="120"/>
        <w:ind w:firstLine="0"/>
      </w:pPr>
      <w:r>
        <w:t>Schreibe den Erzähltext in der Formatvorlage Normal. Kapitelanfänge verwenden Überschrift 1 und beginnen automatisch auf einer neuen Seite. Die Absatzformatierung erzeugt Einzüge; es gibt keine führenden Leerzeichen oder Tabulatoren im Erzähltext. Das zentrierte *** kennzeichnet einen Szenenwechsel.</w:t>
      </w:r>
    </w:p>
    <w:p>
      <w:pPr>
        <w:pStyle w:val="Verwendungshinweise"/>
        <w:spacing w:line="276" w:lineRule="auto" w:after="120"/>
        <w:ind w:firstLine="0"/>
      </w:pPr>
      <w:r>
        <w:t>Titelblatt, Erzähltext und Anhang sind eigene Abschnitte. Der Erzähltext beginnt mit Seite 1; die Seitenzahl wird als Word-Feld aktualisiert. Beim Ersetzen des Texts lässt du den Abschnittsumbruch hinter dem Titelblatt stehen. Die Kopfzeile passt du an deinen Namen und Kurztitel an. Auf den Manuskriptseiten stehen weder Logo noch Kommentare oder Gestaltungsanweisungen.</w:t>
      </w:r>
    </w:p>
    <w:p>
      <w:pPr>
        <w:pStyle w:val="Heading2"/>
        <w:spacing w:line="276" w:lineRule="auto" w:after="120"/>
        <w:ind w:firstLine="0"/>
      </w:pPr>
      <w:r>
        <w:rPr>
          <w:sz w:val="22"/>
        </w:rPr>
        <w:t>Vor dem Export</w:t>
      </w:r>
    </w:p>
    <w:p>
      <w:pPr>
        <w:pStyle w:val="Verwendungshinweise"/>
        <w:spacing w:line="276" w:lineRule="auto" w:after="120"/>
        <w:ind w:firstLine="0"/>
      </w:pPr>
      <w:r>
        <w:t>Prüfe die verlangte Länge und den gewünschten Ausschnitt. Aktualisiere Seitenzahlen, entferne Kommentare und erledigte Änderungsverfolgung, und kontrolliere anschließend das exportierte PDF. Gib den Gesamtumfang deines Romans an, nicht den Umfang dieses Beispiels. Kontaktdaten gehören nur in dem Umfang hinein, den der Empfänger verlangt.</w:t>
      </w:r>
    </w:p>
    <w:p>
      <w:pPr>
        <w:pStyle w:val="Title"/>
        <w:pageBreakBefore/>
        <w:spacing w:line="276" w:lineRule="auto" w:after="120"/>
        <w:ind w:firstLine="0"/>
      </w:pPr>
      <w:r>
        <w:rPr>
          <w:sz w:val="32"/>
        </w:rPr>
        <w:t>Vorgaben und Quellen</w:t>
      </w:r>
    </w:p>
    <w:p>
      <w:pPr>
        <w:pStyle w:val="Verwendungshinweise"/>
        <w:spacing w:line="276" w:lineRule="auto" w:after="120"/>
        <w:ind w:firstLine="0"/>
      </w:pPr>
      <w:r>
        <w:t>Recherche am 24. Oktober 2026. Einsendehinweise können sich ändern. Die folgenden Beispiele zeigen Unterschiede; sie sind keine Zusage, dass ein bestimmter Empfänger genau dieses Muster akzeptiert.</w:t>
      </w:r>
    </w:p>
    <w:p>
      <w:pPr>
        <w:pStyle w:val="Heading2"/>
        <w:spacing w:line="276" w:lineRule="auto" w:after="120"/>
        <w:ind w:firstLine="0"/>
      </w:pPr>
      <w:r>
        <w:rPr>
          <w:sz w:val="22"/>
        </w:rPr>
        <w:t>Piper</w:t>
      </w:r>
    </w:p>
    <w:p>
      <w:pPr>
        <w:pStyle w:val="Verwendungshinweise"/>
        <w:spacing w:line="276" w:lineRule="auto" w:after="120"/>
        <w:ind w:firstLine="0"/>
      </w:pPr>
      <w:r>
        <w:t>PDF per E-Mail; etwa 20 Seiten Leseprobe sowie Exposé und Kurzvita. Word-Dateien werden für diese Einreichung ausdrücklich nicht bearbeitet.</w:t>
      </w:r>
    </w:p>
    <w:p>
      <w:pPr>
        <w:pStyle w:val="Verwendungshinweise"/>
        <w:spacing w:line="276" w:lineRule="auto" w:after="120"/>
        <w:ind w:firstLine="0"/>
      </w:pPr>
      <w:hyperlink r:id="rId13">
        <w:r>
          <w:t>https://www.piper.de/service/manuskripteinsendungen</w:t>
        </w:r>
      </w:hyperlink>
    </w:p>
    <w:p>
      <w:pPr>
        <w:pStyle w:val="Heading2"/>
        <w:spacing w:line="276" w:lineRule="auto" w:after="120"/>
        <w:ind w:firstLine="0"/>
      </w:pPr>
      <w:r>
        <w:rPr>
          <w:sz w:val="22"/>
        </w:rPr>
        <w:t>Rowohlt</w:t>
      </w:r>
    </w:p>
    <w:p>
      <w:pPr>
        <w:pStyle w:val="Verwendungshinweise"/>
        <w:spacing w:line="276" w:lineRule="auto" w:after="120"/>
        <w:ind w:firstLine="0"/>
      </w:pPr>
      <w:r>
        <w:t>PDF über das Formular; etwa 30 Seiten Teilmanuskript und Exposé. Kein vollständiges Manuskript, keine Vita oder Lebensläufe; Anhänge insgesamt höchstens 9 MB.</w:t>
      </w:r>
    </w:p>
    <w:p>
      <w:pPr>
        <w:pStyle w:val="Verwendungshinweise"/>
        <w:spacing w:line="276" w:lineRule="auto" w:after="120"/>
        <w:ind w:firstLine="0"/>
      </w:pPr>
      <w:hyperlink r:id="rId14">
        <w:r>
          <w:t>https://www.rowohlt.de/verlag/manuskripteinreichung</w:t>
        </w:r>
      </w:hyperlink>
    </w:p>
    <w:p>
      <w:pPr>
        <w:pStyle w:val="Heading2"/>
        <w:spacing w:line="276" w:lineRule="auto" w:after="120"/>
        <w:ind w:firstLine="0"/>
      </w:pPr>
      <w:r>
        <w:rPr>
          <w:sz w:val="22"/>
        </w:rPr>
        <w:t>Literaturagentur WortUnion</w:t>
      </w:r>
    </w:p>
    <w:p>
      <w:pPr>
        <w:pStyle w:val="Verwendungshinweise"/>
        <w:spacing w:line="276" w:lineRule="auto" w:after="120"/>
        <w:ind w:firstLine="0"/>
      </w:pPr>
      <w:r>
        <w:t>Word oder PDF; Leseprobe von 40 bis 60 Seiten, vorzugsweise der Anfang, und Exposé von höchstens drei Seiten; weitere verlangte Angaben stehen auf der Bewerbungsseite.</w:t>
      </w:r>
    </w:p>
    <w:p>
      <w:pPr>
        <w:pStyle w:val="Verwendungshinweise"/>
        <w:spacing w:line="276" w:lineRule="auto" w:after="120"/>
        <w:ind w:firstLine="0"/>
      </w:pPr>
      <w:hyperlink r:id="rId15">
        <w:r>
          <w:t>https://www.wort-union.de/bewerbung.htm</w:t>
        </w:r>
      </w:hyperlink>
    </w:p>
    <w:p>
      <w:pPr>
        <w:pStyle w:val="Heading2"/>
        <w:spacing w:line="276" w:lineRule="auto" w:after="120"/>
        <w:ind w:firstLine="0"/>
      </w:pPr>
      <w:r>
        <w:rPr>
          <w:sz w:val="22"/>
        </w:rPr>
        <w:t>Elysion Books</w:t>
      </w:r>
    </w:p>
    <w:p>
      <w:pPr>
        <w:pStyle w:val="Verwendungshinweise"/>
        <w:spacing w:line="276" w:lineRule="auto" w:after="120"/>
        <w:ind w:firstLine="0"/>
      </w:pPr>
      <w:r>
        <w:t>Die Hinweise nennen unter anderem eine gut lesbare Schrift wie Arial 12, 1,5-fachen Zeilenabstand und eine Normseite oder ausreichend Rand. Die hier gewählten 3-cm-Ränder und Times New Roman sind unsere Musterlösung, keine Vorgabe dieses Verlags.</w:t>
      </w:r>
    </w:p>
    <w:p>
      <w:pPr>
        <w:pStyle w:val="Verwendungshinweise"/>
        <w:spacing w:line="276" w:lineRule="auto" w:after="120"/>
        <w:ind w:firstLine="0"/>
      </w:pPr>
      <w:hyperlink r:id="rId16">
        <w:r>
          <w:t>https://elysion-verlag.de/wir-suchen/manuskripte/</w:t>
        </w:r>
      </w:hyperlink>
    </w:p>
    <w:p>
      <w:pPr>
        <w:pStyle w:val="Heading2"/>
        <w:spacing w:line="276" w:lineRule="auto" w:after="120"/>
        <w:ind w:firstLine="0"/>
      </w:pPr>
      <w:r>
        <w:rPr>
          <w:sz w:val="22"/>
        </w:rPr>
        <w:t>Was du anpassen musst</w:t>
      </w:r>
    </w:p>
    <w:p>
      <w:pPr>
        <w:pStyle w:val="Verwendungshinweise"/>
        <w:spacing w:line="276" w:lineRule="auto" w:after="120"/>
        <w:ind w:firstLine="0"/>
      </w:pPr>
      <w:r>
        <w:t>Die empfängerabhängigen Anforderungen betreffen nicht nur Schrift und Ränder: auch Dateiformat, Seitenumfang, Vita, Gesamtmanuskript oder Leseprobe sowie der Einsendeweg unterscheiden sich. Ein Exposé ist ein eigenes Dokument. Übernimm daher das schlichte Layout als Ausgangspunkt und prüfe vor jeder Bewerbung die aktuellen Hinweise des Empfängers.</w:t>
      </w:r>
    </w:p>
    <w:sectPr w:rsidR="00FC693F" w:rsidRPr="0006063C" w:rsidSect="00034616">
      <w:headerReference w:type="default" r:id="rId11"/>
      <w:footerReference w:type="default" r:id="rId12"/>
      <w:pgSz w:w="11906" w:h="16838"/>
      <w:pgMar w:top="1701" w:right="1701" w:bottom="1701" w:left="1701" w:header="850" w:footer="850" w:gutter="0"/>
      <w:cols w:space="720"/>
      <w:docGrid w:linePitch="360"/>
      <w:pgNumType w:start="1"/>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ind w:firstLine="0"/>
      <w:jc w:val="right"/>
    </w:pP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ind w:firstLine="0"/>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ind w:firstLine="0"/>
    </w:pPr>
    <w:r>
      <w:rPr>
        <w:sz w:val="20"/>
      </w:rPr>
      <w:t>[Nachname] / Die letzte Fähre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ind w:firstLine="0"/>
    </w:pPr>
    <w:r>
      <w:rPr>
        <w:sz w:val="20"/>
      </w:rPr>
      <w:t>Faustica Schreibakademie / Verwendungshinweise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before="0" w:after="0"/>
      <w:ind w:firstLine="283"/>
      <w:jc w:val="left"/>
    </w:pPr>
    <w:rPr>
      <w:rFonts w:ascii="Times New Roman" w:hAnsi="Times New Roman"/>
      <w:color w:val="000000"/>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480" w:after="360"/>
      <w:ind w:firstLine="0"/>
      <w:outlineLvl w:val="0"/>
    </w:pPr>
    <w:rPr>
      <w:rFonts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80"/>
      <w:ind w:firstLine="0"/>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ind w:firstLine="0"/>
      <w:contextualSpacing/>
    </w:pPr>
    <w:rPr>
      <w:rFonts w:ascii="Times New Roman" w:hAnsi="Times New Roman"/>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erwendungshinweise">
    <w:name w:val="Verwendungshinweise"/>
    <w:basedOn w:val="Normal"/>
    <w:pPr>
      <w:ind w:firstLine="0"/>
    </w:pPr>
    <w:rPr>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yperlink" Target="https://www.piper.de/service/manuskripteinsendungen" TargetMode="External"/><Relationship Id="rId14" Type="http://schemas.openxmlformats.org/officeDocument/2006/relationships/hyperlink" Target="https://www.rowohlt.de/verlag/manuskripteinreichung" TargetMode="External"/><Relationship Id="rId15" Type="http://schemas.openxmlformats.org/officeDocument/2006/relationships/hyperlink" Target="https://www.wort-union.de/bewerbung.htm" TargetMode="External"/><Relationship Id="rId16" Type="http://schemas.openxmlformats.org/officeDocument/2006/relationships/hyperlink" Target="https://elysion-verlag.de/wir-suchen/manuskrip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Beispielmanuskript Die letzte Fähre</dc:title>
  <dc:subject>Manuskriptmuster mit Lorem-ipsum-Text, Formatierungshinweisen und Quellen</dc:subject>
  <dc:creator>Faustica Schreibakademie</dc:creator>
  <cp:keywords/>
  <dc:description>generated by python-docx</dc:description>
  <cp:lastModifiedBy/>
  <cp:revision>1</cp:revision>
  <dcterms:created xsi:type="dcterms:W3CDTF">2013-12-23T23:15:00Z</dcterms:created>
  <dcterms:modified xsi:type="dcterms:W3CDTF">2013-12-23T23:15:00Z</dcterms:modified>
  <cp:category/>
</cp:coreProperties>
</file>