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Stilblatt Kontinuität</w:t>
      </w:r>
    </w:p>
    <w:p>
      <w:r>
        <w:t>Drei Einträge mit je zwei Seiten für Figuren, Orte oder Handlungsstränge. Halte belegte Fakten und offene Fragen getrennt fest. Drucke die Seitenpaare für weitere Einträge erneut aus.</w:t>
      </w:r>
    </w:p>
    <w:p>
      <w:pPr>
        <w:pStyle w:val="Heading1"/>
      </w:pPr>
      <w:r>
        <w:t>Eintrag 1: Fakten und Veränderungen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Figur, Ort oder Handlungsstrang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Festlegungen mit Kapitelbeleg</w:t>
      </w:r>
    </w:p>
    <w:p>
      <w:pPr>
        <w:keepNext/>
      </w:pPr>
      <w:r>
        <w:rPr>
          <w:b/>
        </w:rPr>
        <w:t>Unveränderliche Fakten</w:t>
      </w:r>
    </w:p>
    <w:p>
      <w:pPr>
        <w:keepNext/>
        <w:spacing w:after="20"/>
      </w:pPr>
      <w:r>
        <w:rPr>
          <w:color w:val="696969"/>
          <w:sz w:val="17"/>
        </w:rPr>
        <w:t>Merkmale, Beziehungen, Ortsdetails oder Weltregeln mit Kapitelbeleg.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Veränderung im Verlauf</w:t>
      </w:r>
    </w:p>
    <w:p>
      <w:pPr>
        <w:keepNext/>
        <w:spacing w:after="20"/>
      </w:pPr>
      <w:r>
        <w:rPr>
          <w:color w:val="696969"/>
          <w:sz w:val="17"/>
        </w:rPr>
        <w:t>Was ändert sich wann? Zum Beispiel Verletzung, Besitz oder Beziehung; vorher und nachher festhalten.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Eintrag 1: Zeit, Wissen und Prüffragen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Figur, Ort oder Handlungsstrang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Festlegungen mit Kapitelbeleg</w:t>
      </w:r>
    </w:p>
    <w:p>
      <w:pPr>
        <w:keepNext/>
      </w:pPr>
      <w:r>
        <w:rPr>
          <w:b/>
        </w:rPr>
        <w:t>Zeit, Weg und Wissen</w:t>
      </w:r>
    </w:p>
    <w:p>
      <w:pPr>
        <w:keepNext/>
        <w:spacing w:after="20"/>
      </w:pPr>
      <w:r>
        <w:rPr>
          <w:color w:val="696969"/>
          <w:sz w:val="17"/>
        </w:rPr>
        <w:t>Ereignisfolge, Dauer oder Reisezeit; wer erfährt was in welchem Kapitel?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Perspektive und offene Prüffragen</w:t>
      </w:r>
    </w:p>
    <w:p>
      <w:pPr>
        <w:keepNext/>
        <w:spacing w:after="20"/>
      </w:pPr>
      <w:r>
        <w:rPr>
          <w:color w:val="696969"/>
          <w:sz w:val="17"/>
        </w:rPr>
        <w:t>Wessen Wissen darf die Szene zeigen? Widersprüche und zu prüfende Stellen notieren.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Eintrag 2: Fakten und Veränderungen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Figur, Ort oder Handlungsstrang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Festlegungen mit Kapitelbeleg</w:t>
      </w:r>
    </w:p>
    <w:p>
      <w:pPr>
        <w:keepNext/>
      </w:pPr>
      <w:r>
        <w:rPr>
          <w:b/>
        </w:rPr>
        <w:t>Unveränderliche Fakten</w:t>
      </w:r>
    </w:p>
    <w:p>
      <w:pPr>
        <w:keepNext/>
        <w:spacing w:after="20"/>
      </w:pPr>
      <w:r>
        <w:rPr>
          <w:color w:val="696969"/>
          <w:sz w:val="17"/>
        </w:rPr>
        <w:t>Merkmale, Beziehungen, Ortsdetails oder Weltregeln mit Kapitelbeleg.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Veränderung im Verlauf</w:t>
      </w:r>
    </w:p>
    <w:p>
      <w:pPr>
        <w:keepNext/>
        <w:spacing w:after="20"/>
      </w:pPr>
      <w:r>
        <w:rPr>
          <w:color w:val="696969"/>
          <w:sz w:val="17"/>
        </w:rPr>
        <w:t>Was ändert sich wann? Zum Beispiel Verletzung, Besitz oder Beziehung; vorher und nachher festhalten.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Eintrag 2: Zeit, Wissen und Prüffragen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Figur, Ort oder Handlungsstrang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Festlegungen mit Kapitelbeleg</w:t>
      </w:r>
    </w:p>
    <w:p>
      <w:pPr>
        <w:keepNext/>
      </w:pPr>
      <w:r>
        <w:rPr>
          <w:b/>
        </w:rPr>
        <w:t>Zeit, Weg und Wissen</w:t>
      </w:r>
    </w:p>
    <w:p>
      <w:pPr>
        <w:keepNext/>
        <w:spacing w:after="20"/>
      </w:pPr>
      <w:r>
        <w:rPr>
          <w:color w:val="696969"/>
          <w:sz w:val="17"/>
        </w:rPr>
        <w:t>Ereignisfolge, Dauer oder Reisezeit; wer erfährt was in welchem Kapitel?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Perspektive und offene Prüffragen</w:t>
      </w:r>
    </w:p>
    <w:p>
      <w:pPr>
        <w:keepNext/>
        <w:spacing w:after="20"/>
      </w:pPr>
      <w:r>
        <w:rPr>
          <w:color w:val="696969"/>
          <w:sz w:val="17"/>
        </w:rPr>
        <w:t>Wessen Wissen darf die Szene zeigen? Widersprüche und zu prüfende Stellen notieren.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Eintrag 3: Fakten und Veränderungen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Figur, Ort oder Handlungsstrang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Festlegungen mit Kapitelbeleg</w:t>
      </w:r>
    </w:p>
    <w:p>
      <w:pPr>
        <w:keepNext/>
      </w:pPr>
      <w:r>
        <w:rPr>
          <w:b/>
        </w:rPr>
        <w:t>Unveränderliche Fakten</w:t>
      </w:r>
    </w:p>
    <w:p>
      <w:pPr>
        <w:keepNext/>
        <w:spacing w:after="20"/>
      </w:pPr>
      <w:r>
        <w:rPr>
          <w:color w:val="696969"/>
          <w:sz w:val="17"/>
        </w:rPr>
        <w:t>Merkmale, Beziehungen, Ortsdetails oder Weltregeln mit Kapitelbeleg.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Veränderung im Verlauf</w:t>
      </w:r>
    </w:p>
    <w:p>
      <w:pPr>
        <w:keepNext/>
        <w:spacing w:after="20"/>
      </w:pPr>
      <w:r>
        <w:rPr>
          <w:color w:val="696969"/>
          <w:sz w:val="17"/>
        </w:rPr>
        <w:t>Was ändert sich wann? Zum Beispiel Verletzung, Besitz oder Beziehung; vorher und nachher festhalten.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Eintrag 3: Zeit, Wissen und Prüffragen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Figur, Ort oder Handlungsstrang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Festlegungen mit Kapitelbeleg</w:t>
      </w:r>
    </w:p>
    <w:p>
      <w:pPr>
        <w:keepNext/>
      </w:pPr>
      <w:r>
        <w:rPr>
          <w:b/>
        </w:rPr>
        <w:t>Zeit, Weg und Wissen</w:t>
      </w:r>
    </w:p>
    <w:p>
      <w:pPr>
        <w:keepNext/>
        <w:spacing w:after="20"/>
      </w:pPr>
      <w:r>
        <w:rPr>
          <w:color w:val="696969"/>
          <w:sz w:val="17"/>
        </w:rPr>
        <w:t>Ereignisfolge, Dauer oder Reisezeit; wer erfährt was in welchem Kapitel?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Perspektive und offene Prüffragen</w:t>
      </w:r>
    </w:p>
    <w:p>
      <w:pPr>
        <w:keepNext/>
        <w:spacing w:after="20"/>
      </w:pPr>
      <w:r>
        <w:rPr>
          <w:color w:val="696969"/>
          <w:sz w:val="17"/>
        </w:rPr>
        <w:t>Wessen Wissen darf die Szene zeigen? Widersprüche und zu prüfende Stellen notieren.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Stilblatt: Kontinuität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