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Stilblatt Namen und Begriffe</w:t>
      </w:r>
    </w:p>
    <w:p>
      <w:r>
        <w:t>24 Einträge auf acht Seiten. Ordne sie alphabetisch; notiere Schreibweise, Suchvarianten und Fundstellen. Für weitere Einträge kannst du jede Seite erneut ausdrucken.</w:t>
      </w:r>
    </w:p>
    <w:p>
      <w:pPr>
        <w:pStyle w:val="Heading1"/>
      </w:pPr>
      <w:r>
        <w:t>Wortliste 1 von 8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Schreibweisen und Belege</w:t>
      </w:r>
    </w:p>
    <w:p>
      <w:pPr>
        <w:keepNext/>
      </w:pPr>
      <w:r>
        <w:rPr>
          <w:b/>
        </w:rPr>
        <w:t>Eintrag 1: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2: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3: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Wortliste 2 von 8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Schreibweisen und Belege</w:t>
      </w:r>
    </w:p>
    <w:p>
      <w:pPr>
        <w:keepNext/>
      </w:pPr>
      <w:r>
        <w:rPr>
          <w:b/>
        </w:rPr>
        <w:t>Eintrag 4: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5: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6: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Wortliste 3 von 8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Schreibweisen und Belege</w:t>
      </w:r>
    </w:p>
    <w:p>
      <w:pPr>
        <w:keepNext/>
      </w:pPr>
      <w:r>
        <w:rPr>
          <w:b/>
        </w:rPr>
        <w:t>Eintrag 7: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8: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9: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Wortliste 4 von 8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Schreibweisen und Belege</w:t>
      </w:r>
    </w:p>
    <w:p>
      <w:pPr>
        <w:keepNext/>
      </w:pPr>
      <w:r>
        <w:rPr>
          <w:b/>
        </w:rPr>
        <w:t>Eintrag 10: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11: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12: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Wortliste 5 von 8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Schreibweisen und Belege</w:t>
      </w:r>
    </w:p>
    <w:p>
      <w:pPr>
        <w:keepNext/>
      </w:pPr>
      <w:r>
        <w:rPr>
          <w:b/>
        </w:rPr>
        <w:t>Eintrag 13: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14: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15: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Wortliste 6 von 8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Schreibweisen und Belege</w:t>
      </w:r>
    </w:p>
    <w:p>
      <w:pPr>
        <w:keepNext/>
      </w:pPr>
      <w:r>
        <w:rPr>
          <w:b/>
        </w:rPr>
        <w:t>Eintrag 16: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17: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18: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Wortliste 7 von 8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Schreibweisen und Belege</w:t>
      </w:r>
    </w:p>
    <w:p>
      <w:pPr>
        <w:keepNext/>
      </w:pPr>
      <w:r>
        <w:rPr>
          <w:b/>
        </w:rPr>
        <w:t>Eintrag 19: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20: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21: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Wortliste 8 von 8</w:t>
      </w:r>
    </w:p>
    <w:p>
      <w:pPr>
        <w:keepNext/>
      </w:pPr>
      <w:r>
        <w:rPr>
          <w:b/>
        </w:rPr>
        <w:t>Projekt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Schreibweisen und Belege</w:t>
      </w:r>
    </w:p>
    <w:p>
      <w:pPr>
        <w:keepNext/>
      </w:pPr>
      <w:r>
        <w:rPr>
          <w:b/>
        </w:rPr>
        <w:t>Eintrag 22: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23: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Eintrag 24: Name oder Begriff</w:t>
      </w:r>
    </w:p>
    <w:p>
      <w:pPr>
        <w:keepNext/>
        <w:spacing w:after="20"/>
      </w:pPr>
      <w:r>
        <w:rPr>
          <w:color w:val="696969"/>
          <w:sz w:val="17"/>
        </w:rPr>
        <w:t>Festgelegte Schreibweise / unerwünschte Varianten / Flexion oder Plural / Kapitel und Textbeispiel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Stilblatt: Namen und Begriffe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